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D5D83" w14:textId="77777777" w:rsidR="006271FF" w:rsidRDefault="00000000">
      <w:pPr>
        <w:spacing w:after="0"/>
        <w:jc w:val="center"/>
      </w:pPr>
      <w:r>
        <w:rPr>
          <w:noProof/>
        </w:rPr>
        <w:drawing>
          <wp:inline distT="0" distB="0" distL="0" distR="0" wp14:anchorId="32996865" wp14:editId="4246C38E">
            <wp:extent cx="7562088" cy="1068933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DAM_is_akis_semasi_oklu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271FF" w:rsidSect="00034616">
      <w:pgSz w:w="11909" w:h="16834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53531583">
    <w:abstractNumId w:val="8"/>
  </w:num>
  <w:num w:numId="2" w16cid:durableId="1116097306">
    <w:abstractNumId w:val="6"/>
  </w:num>
  <w:num w:numId="3" w16cid:durableId="1496722690">
    <w:abstractNumId w:val="5"/>
  </w:num>
  <w:num w:numId="4" w16cid:durableId="893202331">
    <w:abstractNumId w:val="4"/>
  </w:num>
  <w:num w:numId="5" w16cid:durableId="189103170">
    <w:abstractNumId w:val="7"/>
  </w:num>
  <w:num w:numId="6" w16cid:durableId="994071844">
    <w:abstractNumId w:val="3"/>
  </w:num>
  <w:num w:numId="7" w16cid:durableId="2105952013">
    <w:abstractNumId w:val="2"/>
  </w:num>
  <w:num w:numId="8" w16cid:durableId="313533865">
    <w:abstractNumId w:val="1"/>
  </w:num>
  <w:num w:numId="9" w16cid:durableId="2113015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30E34"/>
    <w:rsid w:val="006271FF"/>
    <w:rsid w:val="00AA1D8D"/>
    <w:rsid w:val="00B47730"/>
    <w:rsid w:val="00CB0664"/>
    <w:rsid w:val="00FB2CD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04F798"/>
  <w14:defaultImageDpi w14:val="300"/>
  <w15:docId w15:val="{E5747889-8D3C-4264-B518-09F038F00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Dr. Öğr. Üyesi Akin YIGIN</cp:lastModifiedBy>
  <cp:revision>2</cp:revision>
  <dcterms:created xsi:type="dcterms:W3CDTF">2026-10-13T19:44:00Z</dcterms:created>
  <dcterms:modified xsi:type="dcterms:W3CDTF">2026-10-13T19:44:00Z</dcterms:modified>
  <cp:category/>
</cp:coreProperties>
</file>